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7 Stylish Outfit Ideas to Elevate Your Look</w:t>
      </w:r>
    </w:p>
    <w:p>
      <w:r>
        <w:t>Now that you know the essentials and the styling principles, it’s time to put them into action. A cropped leather jacket can be your ultimate style chameleon—ready to transform depending on how you wear it. Here are seven outfit ideas that go beyond the basics and show just how versatile this piece can be.</w:t>
      </w:r>
    </w:p>
    <w:p>
      <w:pPr>
        <w:pStyle w:val="Heading2"/>
      </w:pPr>
      <w:r>
        <w:t>1. Effortless Casual Day Out</w:t>
      </w:r>
    </w:p>
    <w:p>
      <w:r>
        <w:t>Think weekend coffee runs, strolls in the park, or meeting friends without overthinking your look. Pair your cropped leather jacket with a vintage or graphic tee and high-waisted straight jeans. Add white sneakers for comfort or swap them for ankle boots if you want a slightly edgier finish. The cropped cut keeps the outfit looking modern and prevents the tee-and-jeans combo from feeling too plain. A crossbody bag and sunglasses will round it off with just the right amount of polish.</w:t>
      </w:r>
    </w:p>
    <w:p>
      <w:pPr>
        <w:pStyle w:val="Heading2"/>
      </w:pPr>
      <w:r>
        <w:t>2. Office-Chic Edge</w:t>
      </w:r>
    </w:p>
    <w:p>
      <w:r>
        <w:t>Who says leather can’t be office-appropriate? Choose a cropped blazer-style leather jacket or a structured moto cut with clean lines. Layer it over a silk blouse or crisp button-up shirt, then finish with tailored trousers or a pencil skirt. Neutral tones like black, beige, or navy keep the look professional, while the cropped jacket adds a subtle edge. Complete the outfit with classic pumps or block heels and minimal jewelry. It’s a confident balance between boardroom-ready and fashion-forward.</w:t>
      </w:r>
    </w:p>
    <w:p>
      <w:pPr>
        <w:pStyle w:val="Heading2"/>
      </w:pPr>
      <w:r>
        <w:t>3. Boho-Romantic Contrast</w:t>
      </w:r>
    </w:p>
    <w:p>
      <w:r>
        <w:t>For days when you want your look to feel soft yet still grounded, try pairing a suede cropped leather jacket with a flowy midi or maxi dress in floral prints. The texture of suede naturally complements romantic fabrics like chiffon or lace. Add a wide-brim hat, delicate layered necklaces, and ankle boots to finish the look. It’s a perfect mix of feminine and edgy—ideal for brunch dates, outdoor events, or even travel days when you want to feel put together without being overdressed.</w:t>
      </w:r>
    </w:p>
    <w:p>
      <w:pPr>
        <w:pStyle w:val="Heading2"/>
      </w:pPr>
      <w:r>
        <w:t>4. Night Out Glamour</w:t>
      </w:r>
    </w:p>
    <w:p>
      <w:r>
        <w:t>When the lights go down, let your cropped leather jacket shine. Throw it over a silky slip dress or a sequin skirt with a fitted top. Pair with stilettos or statement boots and bold jewelry—think chunky hoops or a layered choker. The leather adds contrast to the shimmer, keeping the look sophisticated instead of over-the-top. A small clutch and a red lip will make this outfit ready for everything from rooftop bars to late-night dinners.</w:t>
      </w:r>
    </w:p>
    <w:p>
      <w:pPr>
        <w:pStyle w:val="Heading2"/>
      </w:pPr>
      <w:r>
        <w:t>5. Streetwear / Athleisure Fusion</w:t>
      </w:r>
    </w:p>
    <w:p>
      <w:r>
        <w:t>For a trend-driven, comfort-meets-style look, pair your cropped leather jacket with track pants, joggers, or cargo trousers. On top, go with a fitted crop top, sports bra, or oversized hoodie. Round it off with chunky sneakers, a baseball cap, and a belt bag worn crossbody. This fusion of sporty and edgy is perfect for city errands, concerts, or casual hangouts. The jacket instantly upgrades the athleisure base, making it look intentional rather than lazy.</w:t>
      </w:r>
    </w:p>
    <w:p>
      <w:pPr>
        <w:pStyle w:val="Heading2"/>
      </w:pPr>
      <w:r>
        <w:t>6. Layered &amp; Transitional Weather Looks</w:t>
      </w:r>
    </w:p>
    <w:p>
      <w:r>
        <w:t>Cropped jackets shine in the in-between months of spring and fall. Try layering yours over a turtleneck or chunky knit sweater, then add a longline coat or oversized scarf on top for warmth. Balance the cropped length with slim jeans, leather leggings, or midi skirts, and finish with knee-high or combat boots. This layered approach not only keeps you cozy but also lets you play with textures and lengths, creating visual interest without feeling bulky.</w:t>
      </w:r>
    </w:p>
    <w:p>
      <w:pPr>
        <w:pStyle w:val="Heading2"/>
      </w:pPr>
      <w:r>
        <w:t>7. Festival / Statement Aesthetic</w:t>
      </w:r>
    </w:p>
    <w:p>
      <w:r>
        <w:t>Here’s a direction many style guides skip—making your cropped leather jacket the centerpiece of a statement outfit. Think bold colors, fringe details, studs, or even DIY patches that personalize the jacket. Layer it over a graphic bodysuit or bralette, add denim shorts or metallic trousers, and pile on accessories like wide belts, stacked rings, and layered necklaces. Finish with cowboy boots or platform shoes. It’s playful, daring, and perfect for festivals, concerts, or any event where your outfit is as much a conversation starter as your personality.</w:t>
      </w:r>
    </w:p>
    <w:p>
      <w:r>
        <w:t>💡 Pro tip: Don’t treat these as rigid formulas. The magic of the cropped leather jacket lies in its adaptability. Mix elements from one outfit with another—like pairing athleisure bottoms with bold festival accessories—for a look that’s uniquely yours.</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